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4"/>
        </w:rPr>
        <w:t>1º BULA PRÊMIO DE MICROCONTO · 2026</w:t>
      </w:r>
    </w:p>
    <w:p>
      <w:pPr>
        <w:jc w:val="center"/>
      </w:pPr>
      <w:r>
        <w:rPr>
          <w:rFonts w:ascii="Arial" w:hAnsi="Arial"/>
          <w:b/>
          <w:sz w:val="30"/>
        </w:rPr>
        <w:t>ANEXO I — AUTORIZAÇÃO PARA PARTICIPAÇÃO DE MENOR DE IDADE</w:t>
      </w:r>
    </w:p>
    <w:p>
      <w:pPr>
        <w:spacing w:after="160" w:line="276" w:lineRule="auto"/>
      </w:pPr>
      <w:r>
        <w:t>Eu, [NOME COMPLETO DO RESPONSÁVEL], portador(a) do documento [TIPO E NÚMERO], na condição de [VÍNCULO E FUNDAMENTO DA RESPONSABILIDADE], declaro representar ou assistir [NOME CIVIL DO AUTOR], nascido(a) em [DATA], para sua participação no 1º Bula Prêmio de Microconto, edição 2026, com a obra [TÍTULO].</w:t>
      </w:r>
    </w:p>
    <w:p>
      <w:pPr>
        <w:spacing w:after="160" w:line="276" w:lineRule="auto"/>
      </w:pPr>
      <w:r>
        <w:t>Declaro ter lido o regulamento e autorizar a inscrição e, em caso de seleção, os usos da obra previstos na seção 11, com o crédito [NOME DE DIVULGAÇÃO]. Comprometo-me a apresentar a documentação necessária à comprovação da responsabilidade legal e ao eventual recebimento do prêmio em benefício do autor.</w:t>
      </w:r>
    </w:p>
    <w:p>
      <w:pPr>
        <w:spacing w:after="160" w:line="276" w:lineRule="auto"/>
      </w:pPr>
      <w:r>
        <w:t>Quanto aos dados pessoais, declaro ciência das finalidades descritas na seção 12 e, quando exigido pela legislação, consinto especificamente no tratamento dos dados do menor necessário à participação, à comunicação, à divulgação da seleção e ao pagamento da premiação.</w:t>
      </w:r>
    </w:p>
    <w:p>
      <w:pPr>
        <w:spacing w:after="160" w:line="276" w:lineRule="auto"/>
      </w:pPr>
      <w:r>
        <w:rPr>
          <w:b/>
        </w:rPr>
        <w:t xml:space="preserve">Local e data  </w:t>
      </w:r>
      <w:r>
        <w:t>____________________________________________________________</w:t>
      </w:r>
    </w:p>
    <w:p>
      <w:pPr>
        <w:spacing w:after="160" w:line="276" w:lineRule="auto"/>
      </w:pPr>
      <w:r>
        <w:rPr>
          <w:b/>
        </w:rPr>
        <w:t xml:space="preserve">E-mail do responsável  </w:t>
      </w:r>
      <w:r>
        <w:t>____________________________________________________________</w:t>
      </w:r>
    </w:p>
    <w:p>
      <w:pPr>
        <w:spacing w:after="160" w:line="276" w:lineRule="auto"/>
      </w:pPr>
      <w:r>
        <w:rPr>
          <w:b/>
        </w:rPr>
        <w:t xml:space="preserve">Assinatura do responsável  </w:t>
      </w:r>
      <w:r>
        <w:t>____________________________________________________________</w:t>
      </w:r>
    </w:p>
    <w:p>
      <w:pPr>
        <w:spacing w:after="160" w:line="276" w:lineRule="auto"/>
      </w:pPr>
      <w:r>
        <w:rPr>
          <w:b/>
        </w:rPr>
        <w:t xml:space="preserve">Assinatura do autor assistido, quando aplicável  </w:t>
      </w:r>
      <w:r>
        <w:t>____________________________________________________________</w:t>
      </w:r>
    </w:p>
    <w:p>
      <w:pPr>
        <w:spacing w:after="160" w:line="276" w:lineRule="auto"/>
      </w:pPr>
      <w:r>
        <w:t>Documentos anexos — identificação do responsável e do autor e comprovação da responsabilidade legal, conforme o caso.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Revista Bula · 1º Bula Prêmio de Microconto ·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